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7893" w:rsidRDefault="00757893" w:rsidP="00757893">
      <w:pPr>
        <w:pStyle w:val="BodyBR"/>
        <w:jc w:val="right"/>
      </w:pPr>
      <w:r>
        <w:t>______/______, __/__/____</w:t>
      </w:r>
    </w:p>
    <w:p w:rsidR="00757893" w:rsidRDefault="00757893" w:rsidP="00757893">
      <w:pPr>
        <w:pStyle w:val="1"/>
      </w:pPr>
      <w:r>
        <w:t>CONTRATO DE LOCAÇÃO RESIDENCIAL</w:t>
      </w:r>
    </w:p>
    <w:p w:rsidR="00757893" w:rsidRDefault="00757893" w:rsidP="00757893">
      <w:pPr>
        <w:pStyle w:val="BodyBR"/>
      </w:pPr>
      <w:r>
        <w:t>Entre as partes abaixo qualificadas, celebram o presente Contrato de Locação Residencial, regido pela Lei do Inquilinato (Lei nº 8.245/1991) e demais disposições aplicáveis.</w:t>
      </w:r>
    </w:p>
    <w:p w:rsidR="00757893" w:rsidRDefault="00757893" w:rsidP="00757893">
      <w:pPr>
        <w:pStyle w:val="21"/>
      </w:pPr>
      <w:r>
        <w:t>PARTES</w:t>
      </w:r>
    </w:p>
    <w:p w:rsidR="00757893" w:rsidRDefault="00757893" w:rsidP="00757893">
      <w:pPr>
        <w:pStyle w:val="BodyBR"/>
      </w:pPr>
      <w:r>
        <w:t>LOCADOR: ________________________________, ________________________________, ________________________________, ________________________________, RG ____________________/__________, CPF ___.___.___-__, residente e domiciliado à ______________________________________, ______________________-____ ____________.</w:t>
      </w:r>
    </w:p>
    <w:p w:rsidR="00757893" w:rsidRDefault="00757893" w:rsidP="00757893">
      <w:pPr>
        <w:pStyle w:val="BodyBR"/>
      </w:pPr>
      <w:r>
        <w:t>LOCATÁRIO: ______________________________, ______________________________, ______________________________, ______________________________, RG ____________________/__________, CPF ___.___.___-__, residente e domiciliado à ______________________________________, ______________________-____ ____________.</w:t>
      </w:r>
    </w:p>
    <w:p w:rsidR="00757893" w:rsidRDefault="00757893" w:rsidP="00757893">
      <w:pPr>
        <w:pStyle w:val="21"/>
      </w:pPr>
      <w:r>
        <w:t>OBJETO</w:t>
      </w:r>
    </w:p>
    <w:p w:rsidR="00757893" w:rsidRDefault="00757893" w:rsidP="00757893">
      <w:pPr>
        <w:pStyle w:val="BodyBR"/>
      </w:pPr>
      <w:r>
        <w:t>IMÓVEL: ____________________________ situado à __________________________________, nº ______ - ________________________, bairro ________________________, ______________________-____, CEP ____________.</w:t>
      </w:r>
    </w:p>
    <w:p w:rsidR="00757893" w:rsidRDefault="00757893" w:rsidP="00757893">
      <w:pPr>
        <w:pStyle w:val="BodyBR"/>
      </w:pPr>
      <w:r>
        <w:t>Condomínio ________________________________, unidade __________.</w:t>
      </w:r>
    </w:p>
    <w:p w:rsidR="00757893" w:rsidRDefault="00757893" w:rsidP="00757893">
      <w:pPr>
        <w:pStyle w:val="21"/>
      </w:pPr>
      <w:r>
        <w:t>CLÁUSULA 1ª — PRAZO</w:t>
      </w:r>
    </w:p>
    <w:p w:rsidR="00757893" w:rsidRDefault="00757893" w:rsidP="00757893">
      <w:pPr>
        <w:pStyle w:val="BodyBR"/>
      </w:pPr>
      <w:r>
        <w:t>O prazo da locação é de ______ meses, com início em __/__/____ e término em __/__/____.</w:t>
      </w:r>
    </w:p>
    <w:p w:rsidR="00757893" w:rsidRDefault="00757893" w:rsidP="00757893">
      <w:pPr>
        <w:pStyle w:val="21"/>
      </w:pPr>
      <w:r>
        <w:t>CLÁUSULA 2ª — ALUGUEL E PAGAMENTO</w:t>
      </w:r>
    </w:p>
    <w:p w:rsidR="00757893" w:rsidRDefault="00757893" w:rsidP="00757893">
      <w:pPr>
        <w:pStyle w:val="BodyBR"/>
      </w:pPr>
      <w:r>
        <w:t>O aluguel mensal é de R$ __________________ (BRL), com vencimento no dia ____ de cada mês.</w:t>
      </w:r>
    </w:p>
    <w:p w:rsidR="00757893" w:rsidRDefault="00757893" w:rsidP="00757893">
      <w:pPr>
        <w:pStyle w:val="BodyBR"/>
      </w:pPr>
      <w:r>
        <w:t>Pagamento através do administrador ________________________________, endereço ______________________________________, ______________________.</w:t>
      </w:r>
    </w:p>
    <w:p w:rsidR="00757893" w:rsidRDefault="00757893" w:rsidP="00757893">
      <w:pPr>
        <w:pStyle w:val="21"/>
      </w:pPr>
      <w:r>
        <w:lastRenderedPageBreak/>
        <w:t>CLÁUSULA 3ª — REAJUSTE</w:t>
      </w:r>
    </w:p>
    <w:p w:rsidR="00757893" w:rsidRDefault="00757893" w:rsidP="00757893">
      <w:pPr>
        <w:pStyle w:val="BodyBR"/>
      </w:pPr>
      <w:r>
        <w:t>O aluguel será reajustado a cada ____ meses pelo índice ________________________________.</w:t>
      </w:r>
    </w:p>
    <w:p w:rsidR="00757893" w:rsidRDefault="00757893" w:rsidP="00757893">
      <w:pPr>
        <w:pStyle w:val="21"/>
      </w:pPr>
      <w:r>
        <w:t>CLÁUSULA 4ª — ENCARGOS DO LOCATÁRIO</w:t>
      </w:r>
    </w:p>
    <w:p w:rsidR="00757893" w:rsidRDefault="00757893" w:rsidP="00757893">
      <w:pPr>
        <w:pStyle w:val="BodyBR"/>
      </w:pPr>
      <w:r>
        <w:t>Encargos: IPTU [  ]  Água [  ]  Energia [  ]  Condomínio [  ]  Seguro Incêndio [  ]  Outros: ______________________.</w:t>
      </w:r>
    </w:p>
    <w:p w:rsidR="00757893" w:rsidRDefault="00757893" w:rsidP="00757893">
      <w:pPr>
        <w:pStyle w:val="BodyBR"/>
      </w:pPr>
      <w:r>
        <w:t>Vistoria: ________________________________ — ________________________________________________.</w:t>
      </w:r>
    </w:p>
    <w:p w:rsidR="00757893" w:rsidRDefault="00757893" w:rsidP="00757893">
      <w:pPr>
        <w:pStyle w:val="21"/>
      </w:pPr>
      <w:r>
        <w:t>CLÁUSULA 5ª — GARANTIA LOCATÍCIA</w:t>
      </w:r>
    </w:p>
    <w:p w:rsidR="00757893" w:rsidRDefault="00757893" w:rsidP="00757893">
      <w:pPr>
        <w:pStyle w:val="BodyBR"/>
      </w:pPr>
      <w:r>
        <w:t>Tipo: ________________________________.</w:t>
      </w:r>
    </w:p>
    <w:p w:rsidR="00757893" w:rsidRDefault="00757893" w:rsidP="00757893">
      <w:pPr>
        <w:pStyle w:val="BodyBR"/>
      </w:pPr>
      <w:r>
        <w:t>Fiador: ________________________________ (CPF ___.___.___-__).</w:t>
      </w:r>
    </w:p>
    <w:p w:rsidR="00757893" w:rsidRDefault="00757893" w:rsidP="00757893">
      <w:pPr>
        <w:pStyle w:val="BodyBR"/>
      </w:pPr>
      <w:r>
        <w:t>Caução em dinheiro: R$ __________________ — ____ mês(es) — Instituição ________________________________.</w:t>
      </w:r>
    </w:p>
    <w:p w:rsidR="00757893" w:rsidRDefault="00757893" w:rsidP="00757893">
      <w:pPr>
        <w:pStyle w:val="BodyBR"/>
      </w:pPr>
      <w:r>
        <w:t>Seguro-fiança: Apólice ________________________________ — Seguradora ________________________________ — Vigência ____ dias.</w:t>
      </w:r>
    </w:p>
    <w:p w:rsidR="00757893" w:rsidRDefault="00757893" w:rsidP="00757893">
      <w:pPr>
        <w:pStyle w:val="BodyBR"/>
      </w:pPr>
      <w:r>
        <w:t>Caução imobiliária: __________________________________________ — CRI __________________ — Matrícula __________________.</w:t>
      </w:r>
    </w:p>
    <w:p w:rsidR="00757893" w:rsidRDefault="00757893" w:rsidP="00757893">
      <w:pPr>
        <w:pStyle w:val="21"/>
      </w:pPr>
      <w:r>
        <w:t>CLÁUSULA 6ª — FORO</w:t>
      </w:r>
    </w:p>
    <w:p w:rsidR="00757893" w:rsidRDefault="00757893" w:rsidP="00757893">
      <w:pPr>
        <w:pStyle w:val="BodyBR"/>
      </w:pPr>
      <w:r>
        <w:t>Fica eleito o foro da Comarca de ______________________/____.</w:t>
      </w:r>
    </w:p>
    <w:p w:rsidR="00757893" w:rsidRDefault="00757893" w:rsidP="00757893">
      <w:pPr>
        <w:pStyle w:val="21"/>
      </w:pPr>
      <w:r>
        <w:t>ASSINATURAS</w:t>
      </w:r>
    </w:p>
    <w:p w:rsidR="00757893" w:rsidRDefault="00757893" w:rsidP="00757893">
      <w:pPr>
        <w:pStyle w:val="14"/>
      </w:pPr>
      <w:r>
        <w:t>LOCADOR: __________________________________________ — CPF ___.___.___-__</w:t>
      </w:r>
    </w:p>
    <w:p w:rsidR="00757893" w:rsidRDefault="00757893" w:rsidP="00757893">
      <w:pPr>
        <w:pStyle w:val="14"/>
      </w:pPr>
      <w:r>
        <w:t>Assinatura: _______________________________</w:t>
      </w:r>
    </w:p>
    <w:p w:rsidR="00757893" w:rsidRDefault="00757893" w:rsidP="00757893">
      <w:pPr>
        <w:pStyle w:val="14"/>
      </w:pPr>
      <w:r>
        <w:t>LOCATÁRIO: ________________________________________ — CPF ___.___.___-__</w:t>
      </w:r>
    </w:p>
    <w:p w:rsidR="00757893" w:rsidRDefault="00757893" w:rsidP="00757893">
      <w:pPr>
        <w:pStyle w:val="14"/>
      </w:pPr>
      <w:r>
        <w:t>Assinatura: _______________________________</w:t>
      </w:r>
    </w:p>
    <w:p w:rsidR="00757893" w:rsidRDefault="00757893" w:rsidP="00757893">
      <w:pPr>
        <w:pStyle w:val="14"/>
      </w:pPr>
      <w:r>
        <w:t>Testemunha 1: __________________________________ — CPF ___.___.___-__ — RG __________________</w:t>
      </w:r>
    </w:p>
    <w:p w:rsidR="00757893" w:rsidRDefault="00757893" w:rsidP="00757893">
      <w:pPr>
        <w:pStyle w:val="14"/>
      </w:pPr>
      <w:r>
        <w:t>Testemunha 2: __________________________________ — CPF ___.___.___-__ — RG __________________</w:t>
      </w:r>
    </w:p>
    <w:p w:rsidR="00DF6702" w:rsidRPr="00757893" w:rsidRDefault="00DF6702" w:rsidP="00757893"/>
    <w:sectPr w:rsidR="00DF6702" w:rsidRPr="00757893" w:rsidSect="00034616">
      <w:pgSz w:w="11906" w:h="16838"/>
      <w:pgMar w:top="1701" w:right="1134" w:bottom="1134" w:left="1701" w:header="850" w:footer="85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2060209">
    <w:abstractNumId w:val="8"/>
  </w:num>
  <w:num w:numId="2" w16cid:durableId="904411875">
    <w:abstractNumId w:val="6"/>
  </w:num>
  <w:num w:numId="3" w16cid:durableId="1643848880">
    <w:abstractNumId w:val="5"/>
  </w:num>
  <w:num w:numId="4" w16cid:durableId="1259218963">
    <w:abstractNumId w:val="4"/>
  </w:num>
  <w:num w:numId="5" w16cid:durableId="1090468667">
    <w:abstractNumId w:val="7"/>
  </w:num>
  <w:num w:numId="6" w16cid:durableId="441804003">
    <w:abstractNumId w:val="3"/>
  </w:num>
  <w:num w:numId="7" w16cid:durableId="1915621056">
    <w:abstractNumId w:val="2"/>
  </w:num>
  <w:num w:numId="8" w16cid:durableId="1910112753">
    <w:abstractNumId w:val="1"/>
  </w:num>
  <w:num w:numId="9" w16cid:durableId="1238705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57893"/>
    <w:rsid w:val="00823A47"/>
    <w:rsid w:val="00AA1D8D"/>
    <w:rsid w:val="00B47730"/>
    <w:rsid w:val="00BC120D"/>
    <w:rsid w:val="00CB0664"/>
    <w:rsid w:val="00DF67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31A7AA0-763C-9B4D-B42B-15FC298E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BC120D"/>
    <w:pPr>
      <w:keepNext/>
      <w:keepLines/>
      <w:spacing w:before="240" w:after="120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BC120D"/>
    <w:pPr>
      <w:keepNext/>
      <w:keepLines/>
      <w:spacing w:before="200" w:after="8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BC120D"/>
    <w:pPr>
      <w:keepNext/>
      <w:keepLines/>
      <w:spacing w:before="160" w:after="80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i/>
      <w:color w:val="000000" w:themeColor="tex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BC12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BC120D"/>
    <w:rPr>
      <w:rFonts w:asciiTheme="majorHAnsi" w:eastAsiaTheme="majorEastAsia" w:hAnsiTheme="majorHAnsi" w:cstheme="majorBidi"/>
      <w:b/>
      <w:bCs/>
      <w:color w:val="000000" w:themeColor="text1"/>
      <w:sz w:val="32"/>
      <w:szCs w:val="28"/>
    </w:rPr>
  </w:style>
  <w:style w:type="character" w:customStyle="1" w:styleId="22">
    <w:name w:val="Заголовок 2 Знак"/>
    <w:basedOn w:val="a2"/>
    <w:link w:val="21"/>
    <w:uiPriority w:val="9"/>
    <w:rsid w:val="00BC120D"/>
    <w:rPr>
      <w:rFonts w:asciiTheme="majorHAnsi" w:eastAsiaTheme="majorEastAsia" w:hAnsiTheme="majorHAnsi" w:cstheme="majorBidi"/>
      <w:b/>
      <w:bCs/>
      <w:color w:val="000000" w:themeColor="text1"/>
      <w:sz w:val="28"/>
      <w:szCs w:val="26"/>
    </w:rPr>
  </w:style>
  <w:style w:type="character" w:customStyle="1" w:styleId="32">
    <w:name w:val="Заголовок 3 Знак"/>
    <w:basedOn w:val="a2"/>
    <w:link w:val="31"/>
    <w:uiPriority w:val="9"/>
    <w:rsid w:val="00BC120D"/>
    <w:rPr>
      <w:rFonts w:asciiTheme="majorHAnsi" w:eastAsiaTheme="majorEastAsia" w:hAnsiTheme="majorHAnsi" w:cstheme="majorBidi"/>
      <w:b/>
      <w:bCs/>
      <w:i/>
      <w:color w:val="000000" w:themeColor="text1"/>
      <w:sz w:val="24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BC120D"/>
    <w:rPr>
      <w:rFonts w:asciiTheme="majorHAnsi" w:eastAsiaTheme="majorEastAsia" w:hAnsiTheme="majorHAnsi" w:cstheme="majorBidi"/>
      <w:b/>
      <w:bCs/>
      <w:i/>
      <w:iCs/>
      <w:color w:val="000000" w:themeColor="text1"/>
      <w:sz w:val="24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BR">
    <w:name w:val="BodyBR"/>
    <w:basedOn w:val="a1"/>
  </w:style>
  <w:style w:type="paragraph" w:customStyle="1" w:styleId="14">
    <w:name w:val="Подпись1"/>
    <w:basedOn w:val="a1"/>
    <w:pPr>
      <w:spacing w:before="240" w:after="120" w:line="240" w:lineRule="auto"/>
      <w:ind w:firstLine="0"/>
      <w:jc w:val="center"/>
    </w:pPr>
    <w:rPr>
      <w:sz w:val="20"/>
    </w:rPr>
  </w:style>
  <w:style w:type="paragraph" w:customStyle="1" w:styleId="TableText">
    <w:name w:val="TableText"/>
    <w:basedOn w:val="a1"/>
    <w:pPr>
      <w:spacing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Иван Пилюгин</cp:lastModifiedBy>
  <cp:revision>3</cp:revision>
  <dcterms:created xsi:type="dcterms:W3CDTF">2013-12-23T23:15:00Z</dcterms:created>
  <dcterms:modified xsi:type="dcterms:W3CDTF">2025-09-11T23:46:00Z</dcterms:modified>
  <cp:category/>
</cp:coreProperties>
</file>