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65B1" w:rsidRDefault="00000000">
      <w:pPr>
        <w:jc w:val="right"/>
      </w:pPr>
      <w:r>
        <w:t>______/______, __/__/____</w:t>
      </w:r>
    </w:p>
    <w:p w:rsidR="006C65B1" w:rsidRDefault="00000000">
      <w:pPr>
        <w:pStyle w:val="1"/>
      </w:pPr>
      <w:r>
        <w:t>CONTRATO DE LOCAÇÃO RESIDENCIAL</w:t>
      </w:r>
    </w:p>
    <w:p w:rsidR="006C65B1" w:rsidRDefault="00000000">
      <w:r>
        <w:t>CONTRATO Nº ____________</w:t>
      </w:r>
    </w:p>
    <w:p w:rsidR="006C65B1" w:rsidRDefault="00000000">
      <w:pPr>
        <w:pStyle w:val="21"/>
      </w:pPr>
      <w:r>
        <w:t>PARTES</w:t>
      </w:r>
    </w:p>
    <w:p w:rsidR="006C65B1" w:rsidRDefault="00000000">
      <w:r>
        <w:t>LOCADOR: __________________________________, CPF/CNPJ ______________________, endereço ______________________________________, e-mail __________________, telefone ________________.</w:t>
      </w:r>
    </w:p>
    <w:p w:rsidR="006C65B1" w:rsidRDefault="00000000">
      <w:r>
        <w:t>LOCATÁRIO: __________________________________, CPF ___.___.___-__, RG __________, estado civil __________, profissão __________, endereço ______________________________________.</w:t>
      </w:r>
    </w:p>
    <w:p w:rsidR="006C65B1" w:rsidRDefault="00000000">
      <w:r>
        <w:t>FIADOR (opcional): __________________________________, CPF ___.___.___-__, RG __________, endereço ______________________________________.</w:t>
      </w:r>
    </w:p>
    <w:p w:rsidR="006C65B1" w:rsidRDefault="00000000">
      <w:pPr>
        <w:pStyle w:val="21"/>
      </w:pPr>
      <w:r>
        <w:t>CLÁUSULA 1ª – DO IMÓVEL</w:t>
      </w:r>
    </w:p>
    <w:p w:rsidR="006C65B1" w:rsidRDefault="00000000">
      <w:r>
        <w:t>Endereço: ______________________________________; Tipo: __________; Área: ____ m²; Vagas: __________; Matrícula: __________; Mobiliado: _____.</w:t>
      </w:r>
    </w:p>
    <w:p w:rsidR="006C65B1" w:rsidRDefault="00000000">
      <w:pPr>
        <w:pStyle w:val="21"/>
      </w:pPr>
      <w:r>
        <w:t>CLÁUSULA 2ª – FINALIDADE E USO</w:t>
      </w:r>
    </w:p>
    <w:p w:rsidR="006C65B1" w:rsidRDefault="00000000">
      <w:r>
        <w:t>Residencial; ocupantes: ____; animais: ( ) sim ( ) não.</w:t>
      </w:r>
    </w:p>
    <w:p w:rsidR="006C65B1" w:rsidRDefault="00000000">
      <w:pPr>
        <w:pStyle w:val="21"/>
      </w:pPr>
      <w:r>
        <w:t>CLÁUSULA 3ª – PREÇO E ENCARGOS</w:t>
      </w:r>
    </w:p>
    <w:p w:rsidR="006C65B1" w:rsidRDefault="00000000">
      <w:r>
        <w:t>Aluguel R$: __________, vencimento dia ____; Condomínio R$: __________; IPTU R$: __________; Água: __________; Luz: __________; Gás: __________; Multa atraso: ____%; Juros: ____%/mês.</w:t>
      </w:r>
    </w:p>
    <w:p w:rsidR="006C65B1" w:rsidRDefault="00000000">
      <w:pPr>
        <w:pStyle w:val="21"/>
      </w:pPr>
      <w:r>
        <w:t>CLÁUSULA 4ª – PRAZO</w:t>
      </w:r>
    </w:p>
    <w:p w:rsidR="006C65B1" w:rsidRDefault="00000000">
      <w:r>
        <w:t>Duração: ____ meses; Início: __/__/____.</w:t>
      </w:r>
    </w:p>
    <w:p w:rsidR="006C65B1" w:rsidRDefault="00000000">
      <w:pPr>
        <w:pStyle w:val="21"/>
      </w:pPr>
      <w:r>
        <w:t>CLÁUSULA 5ª – GARANTIA</w:t>
      </w:r>
    </w:p>
    <w:p w:rsidR="006C65B1" w:rsidRDefault="00000000">
      <w:r>
        <w:t>Tipo: __________; Caução R$: __________; Seguradora: __________; Observações: __________________________________.</w:t>
      </w:r>
    </w:p>
    <w:p w:rsidR="006C65B1" w:rsidRDefault="00000000">
      <w:pPr>
        <w:pStyle w:val="21"/>
      </w:pPr>
      <w:r>
        <w:lastRenderedPageBreak/>
        <w:t>CLÁUSULA 6ª – REAJUSTE</w:t>
      </w:r>
    </w:p>
    <w:p w:rsidR="006C65B1" w:rsidRDefault="00000000">
      <w:r>
        <w:t>Índice: __________; periodicidade: ____ meses.</w:t>
      </w:r>
    </w:p>
    <w:p w:rsidR="006C65B1" w:rsidRDefault="00000000">
      <w:pPr>
        <w:pStyle w:val="21"/>
      </w:pPr>
      <w:r>
        <w:t>CLÁUSULA 7ª – VISTORIA</w:t>
      </w:r>
    </w:p>
    <w:p w:rsidR="006C65B1" w:rsidRDefault="00000000">
      <w:r>
        <w:t>Laudo anexo: ( ) sim ( ) não; Itens/mobílias: __________________________________.</w:t>
      </w:r>
    </w:p>
    <w:p w:rsidR="006C65B1" w:rsidRDefault="00000000">
      <w:pPr>
        <w:pStyle w:val="21"/>
      </w:pPr>
      <w:r>
        <w:t>CLÁUSULA 8ª – OUTRAS OBRIGAÇÕES</w:t>
      </w:r>
    </w:p>
    <w:p w:rsidR="006C65B1" w:rsidRDefault="00000000">
      <w:r>
        <w:t>Sublocação: ( ) permitida ( ) proibida; Silêncio: __________; Multa rescisória: ____ aluguéis.</w:t>
      </w:r>
    </w:p>
    <w:p w:rsidR="006C65B1" w:rsidRDefault="00000000">
      <w:pPr>
        <w:pStyle w:val="21"/>
      </w:pPr>
      <w:r>
        <w:t>CLÁUSULA 9ª – FORO</w:t>
      </w:r>
    </w:p>
    <w:p w:rsidR="006C65B1" w:rsidRDefault="00000000">
      <w:r>
        <w:t>Foro: ______________________/____.</w:t>
      </w:r>
    </w:p>
    <w:p w:rsidR="006C65B1" w:rsidRDefault="00000000">
      <w:pPr>
        <w:pStyle w:val="21"/>
      </w:pPr>
      <w:r>
        <w:t>ASSINATURAS</w:t>
      </w:r>
    </w:p>
    <w:p w:rsidR="006C65B1" w:rsidRDefault="00000000">
      <w:r>
        <w:t>LOCADOR: __________________________________ — CPF/CNPJ ______________________</w:t>
      </w:r>
    </w:p>
    <w:p w:rsidR="006C65B1" w:rsidRDefault="00000000">
      <w:r>
        <w:t>LOCATÁRIO: __________________________________ — CPF ___.___.___-__</w:t>
      </w:r>
    </w:p>
    <w:p w:rsidR="006C65B1" w:rsidRDefault="00000000">
      <w:r>
        <w:t>FIADOR: __________________________________ — CPF ___.___.___-__</w:t>
      </w:r>
    </w:p>
    <w:p w:rsidR="006C65B1" w:rsidRDefault="00000000">
      <w:r>
        <w:t>Testemunha 1: __________________ — CPF ___.___.___-__</w:t>
      </w:r>
    </w:p>
    <w:p w:rsidR="006C65B1" w:rsidRDefault="00000000">
      <w:r>
        <w:t>Testemunha 2: __________________ — CPF ___.___.___-__</w:t>
      </w:r>
    </w:p>
    <w:p w:rsidR="006C65B1" w:rsidRDefault="00000000">
      <w:pPr>
        <w:jc w:val="right"/>
      </w:pPr>
      <w:r>
        <w:t>______/______, __/__/____</w:t>
      </w:r>
    </w:p>
    <w:sectPr w:rsidR="006C65B1" w:rsidSect="00034616">
      <w:pgSz w:w="11906" w:h="16838"/>
      <w:pgMar w:top="1701" w:right="1134" w:bottom="1134" w:left="1701" w:header="850" w:footer="8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5928646">
    <w:abstractNumId w:val="8"/>
  </w:num>
  <w:num w:numId="2" w16cid:durableId="749930220">
    <w:abstractNumId w:val="6"/>
  </w:num>
  <w:num w:numId="3" w16cid:durableId="303773269">
    <w:abstractNumId w:val="5"/>
  </w:num>
  <w:num w:numId="4" w16cid:durableId="677388364">
    <w:abstractNumId w:val="4"/>
  </w:num>
  <w:num w:numId="5" w16cid:durableId="1909146038">
    <w:abstractNumId w:val="7"/>
  </w:num>
  <w:num w:numId="6" w16cid:durableId="678121742">
    <w:abstractNumId w:val="3"/>
  </w:num>
  <w:num w:numId="7" w16cid:durableId="948924936">
    <w:abstractNumId w:val="2"/>
  </w:num>
  <w:num w:numId="8" w16cid:durableId="128671527">
    <w:abstractNumId w:val="1"/>
  </w:num>
  <w:num w:numId="9" w16cid:durableId="1446005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6625B"/>
    <w:rsid w:val="006C65B1"/>
    <w:rsid w:val="0078548B"/>
    <w:rsid w:val="00823A47"/>
    <w:rsid w:val="00AA1D8D"/>
    <w:rsid w:val="00B47730"/>
    <w:rsid w:val="00CB0664"/>
    <w:rsid w:val="00F063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31A7AA0-763C-9B4D-B42B-15FC298E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360" w:lineRule="auto"/>
      <w:ind w:firstLine="709"/>
      <w:jc w:val="both"/>
    </w:pPr>
    <w:rPr>
      <w:rFonts w:ascii="Times New Roman" w:hAnsi="Times New Roman"/>
      <w:color w:val="000000"/>
      <w:sz w:val="24"/>
    </w:rPr>
  </w:style>
  <w:style w:type="paragraph" w:styleId="1">
    <w:name w:val="heading 1"/>
    <w:basedOn w:val="a1"/>
    <w:next w:val="a1"/>
    <w:link w:val="10"/>
    <w:uiPriority w:val="9"/>
    <w:qFormat/>
    <w:rsid w:val="0078548B"/>
    <w:pPr>
      <w:keepNext/>
      <w:keepLines/>
      <w:spacing w:before="240" w:after="12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8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i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4662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78548B"/>
    <w:rPr>
      <w:rFonts w:asciiTheme="majorHAnsi" w:eastAsiaTheme="majorEastAsia" w:hAnsiTheme="majorHAnsi" w:cstheme="majorBidi"/>
      <w:b/>
      <w:bCs/>
      <w:color w:val="000000" w:themeColor="text1"/>
      <w:sz w:val="32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46625B"/>
    <w:rPr>
      <w:rFonts w:asciiTheme="majorHAnsi" w:eastAsiaTheme="majorEastAsia" w:hAnsiTheme="majorHAnsi" w:cstheme="majorBidi"/>
      <w:b/>
      <w:bCs/>
      <w:i/>
      <w:iCs/>
      <w:color w:val="000000" w:themeColor="text1"/>
      <w:sz w:val="24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BR">
    <w:name w:val="BodyBR"/>
    <w:basedOn w:val="a1"/>
  </w:style>
  <w:style w:type="paragraph" w:customStyle="1" w:styleId="14">
    <w:name w:val="Подпись1"/>
    <w:basedOn w:val="a1"/>
    <w:pPr>
      <w:spacing w:before="240" w:after="120" w:line="240" w:lineRule="auto"/>
      <w:ind w:firstLine="0"/>
      <w:jc w:val="center"/>
    </w:pPr>
    <w:rPr>
      <w:sz w:val="20"/>
    </w:rPr>
  </w:style>
  <w:style w:type="paragraph" w:customStyle="1" w:styleId="TableText">
    <w:name w:val="TableText"/>
    <w:basedOn w:val="a1"/>
    <w:pPr>
      <w:spacing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Иван Пилюгин</cp:lastModifiedBy>
  <cp:revision>3</cp:revision>
  <dcterms:created xsi:type="dcterms:W3CDTF">2013-12-23T23:15:00Z</dcterms:created>
  <dcterms:modified xsi:type="dcterms:W3CDTF">2025-09-14T20:52:00Z</dcterms:modified>
  <cp:category/>
</cp:coreProperties>
</file>