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a"/>
        <w:spacing w:before="0" w:after="120"/>
        <w:jc w:val="center"/>
      </w:pPr>
      <w:r>
        <w:rPr>
          <w:rFonts w:ascii="Times New Roman" w:hAnsi="Times New Roman"/>
          <w:color w:val="000000"/>
          <w:sz w:val="24"/>
        </w:rPr>
        <w:t>ДОГОВОР АРЕНДЫ ЖИЛОГО ПОМЕЩЕНИЯ (КВАРТИРЫ)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02"/>
        <w:gridCol w:w="5102"/>
      </w:tblGrid>
      <w:tr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г. ____________________</w:t>
            </w:r>
          </w:p>
        </w:tc>
        <w:tc>
          <w:tcPr>
            <w:tcW w:type="dxa" w:w="5102"/>
          </w:tcPr>
          <w:p>
            <w:pPr>
              <w:ind w:firstLine="0"/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___.___._____</w:t>
            </w:r>
          </w:p>
        </w:tc>
      </w:tr>
    </w:tbl>
    <w:p>
      <w:pPr>
        <w:spacing w:before="0" w:after="120"/>
      </w:pPr>
    </w:p>
    <w:p>
      <w:pPr>
        <w:pStyle w:val="1"/>
        <w:spacing w:before="240" w:after="120"/>
      </w:pPr>
      <w:r>
        <w:rPr>
          <w:rFonts w:ascii="Times New Roman" w:hAnsi="Times New Roman"/>
          <w:color w:val="000000"/>
          <w:sz w:val="24"/>
        </w:rPr>
        <w:t>1. СТОРОНЫ ДОГОВОРА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1.1. Арендодатель: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ФИО/Наименование: ________________________________________________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Паспорт (для ФЛ): серия ______, номер __________, кем выдан ____________________________, дата выдачи __.__.____, код подразделения ________.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ОГРН/ИНН/КПП (для ЮЛ): __________________ / ________________ / 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Адрес: ____________________________________________________________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Представитель: должность __________________, ФИО _________________________________, на основании ________________________.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1.2. Арендатор: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ФИО/Наименование: ________________________________________________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Паспорт (для ФЛ): серия ______, номер __________, кем выдан ____________________________, дата выдачи __.__.____, код подразделения ________.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ОГРН/ИНН/КПП (для ЮЛ): __________________ / ________________ / 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Адрес: ____________________________________________________________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Представитель: должность __________________, ФИО _________________________________, на основании ________________________.</w:t>
      </w:r>
    </w:p>
    <w:p>
      <w:pPr>
        <w:pStyle w:val="1"/>
        <w:spacing w:before="240" w:after="120"/>
      </w:pPr>
      <w:r>
        <w:rPr>
          <w:rFonts w:ascii="Times New Roman" w:hAnsi="Times New Roman"/>
          <w:color w:val="000000"/>
          <w:sz w:val="24"/>
        </w:rPr>
        <w:t>2. ПРЕДМЕТ ДОГОВОРА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2.1. Арендодатель передает, а Арендатор принимает во временное владение и пользование жилое помещение: __________________, по адресу: ____________________________________________________________.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2.2. Характеристики: общая площадь — _____ м², жилая — _____ м², этаж — ____ из ____, комнат — ____, кадастровый номер: ________________________.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2.3. Документ-основание права: ____________________________________. Меблировка: ______. Описание: ____________________________________________________________.</w:t>
      </w:r>
    </w:p>
    <w:p>
      <w:pPr>
        <w:pStyle w:val="1"/>
        <w:spacing w:before="240" w:after="120"/>
      </w:pPr>
      <w:r>
        <w:rPr>
          <w:rFonts w:ascii="Times New Roman" w:hAnsi="Times New Roman"/>
          <w:color w:val="000000"/>
          <w:sz w:val="24"/>
        </w:rPr>
        <w:t>3. СРОК АРЕНДЫ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3.1. Договор является ____________________. Начало аренды: __.__.____. Окончание аренды: __.__.____. Автопродление: ______. Срок уведомления: ____ дней.</w:t>
      </w:r>
    </w:p>
    <w:p>
      <w:pPr>
        <w:pStyle w:val="1"/>
        <w:spacing w:before="240" w:after="120"/>
      </w:pPr>
      <w:r>
        <w:rPr>
          <w:rFonts w:ascii="Times New Roman" w:hAnsi="Times New Roman"/>
          <w:color w:val="000000"/>
          <w:sz w:val="24"/>
        </w:rPr>
        <w:t>4. АРЕНДНАЯ ПЛАТА И РАСЧЕТЫ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4.1. Арендная плата: ____________ руб., периодичность — ____________________, день оплаты — ___, способ оплаты — ____________________.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4.2. Обеспечительный платеж: ______, сумма — ____________ руб. Пеня за просрочку — ____ % в день.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4.3. Банковские реквизиты Арендодателя: банк __________________, БИК ____________, р/с ______________________________, к/с ______________________________, получатель ______________________________, ИНН ____________, КПП ____________, карта ______________________.</w:t>
      </w:r>
    </w:p>
    <w:p>
      <w:pPr>
        <w:pStyle w:val="1"/>
        <w:spacing w:before="240" w:after="120"/>
      </w:pPr>
      <w:r>
        <w:rPr>
          <w:rFonts w:ascii="Times New Roman" w:hAnsi="Times New Roman"/>
          <w:color w:val="000000"/>
          <w:sz w:val="24"/>
        </w:rPr>
        <w:t>5. КОММУНАЛЬНЫЕ УСЛУГИ</w:t>
      </w:r>
    </w:p>
    <w:tbl>
      <w:tblPr>
        <w:tblStyle w:val="aff0"/>
        <w:tblW w:type="auto" w:w="0"/>
        <w:tblLook w:firstColumn="1" w:firstRow="1" w:lastColumn="0" w:lastRow="0" w:noHBand="0" w:noVBand="1" w:val="04A0"/>
      </w:tblPr>
      <w:tblGrid>
        <w:gridCol w:w="5102"/>
        <w:gridCol w:w="5102"/>
      </w:tblGrid>
      <w:tr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Вид услуги</w:t>
            </w:r>
          </w:p>
        </w:tc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Кто оплачивает</w:t>
            </w:r>
          </w:p>
        </w:tc>
      </w:tr>
      <w:tr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Электроэнергия</w:t>
            </w:r>
          </w:p>
        </w:tc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____________________</w:t>
            </w:r>
          </w:p>
        </w:tc>
      </w:tr>
      <w:tr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ХВС</w:t>
            </w:r>
          </w:p>
        </w:tc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____________________</w:t>
            </w:r>
          </w:p>
        </w:tc>
      </w:tr>
      <w:tr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ГВС</w:t>
            </w:r>
          </w:p>
        </w:tc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____________________</w:t>
            </w:r>
          </w:p>
        </w:tc>
      </w:tr>
      <w:tr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Газ</w:t>
            </w:r>
          </w:p>
        </w:tc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____________________</w:t>
            </w:r>
          </w:p>
        </w:tc>
      </w:tr>
      <w:tr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Отопление</w:t>
            </w:r>
          </w:p>
        </w:tc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____________________</w:t>
            </w:r>
          </w:p>
        </w:tc>
      </w:tr>
      <w:tr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</w:p>
        </w:tc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____________________</w:t>
            </w:r>
          </w:p>
        </w:tc>
      </w:tr>
    </w:tbl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5.2. Жилищные услуги/взносы (ЖКУ): ________________________________.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5.3. Показания счётчиков на дату передачи:</w:t>
      </w:r>
    </w:p>
    <w:tbl>
      <w:tblPr>
        <w:tblStyle w:val="aff0"/>
        <w:tblW w:type="auto" w:w="0"/>
        <w:tblLook w:firstColumn="1" w:firstRow="1" w:lastColumn="0" w:lastRow="0" w:noHBand="0" w:noVBand="1" w:val="04A0"/>
      </w:tblPr>
      <w:tblGrid>
        <w:gridCol w:w="3402"/>
        <w:gridCol w:w="3402"/>
        <w:gridCol w:w="3402"/>
      </w:tblGrid>
      <w:tr>
        <w:tc>
          <w:tcPr>
            <w:tcW w:type="dxa" w:w="34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Прибор</w:t>
            </w:r>
          </w:p>
        </w:tc>
        <w:tc>
          <w:tcPr>
            <w:tcW w:type="dxa" w:w="34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Показание</w:t>
            </w:r>
          </w:p>
        </w:tc>
        <w:tc>
          <w:tcPr>
            <w:tcW w:type="dxa" w:w="34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Ед.</w:t>
            </w:r>
          </w:p>
        </w:tc>
      </w:tr>
      <w:tr>
        <w:tc>
          <w:tcPr>
            <w:tcW w:type="dxa" w:w="34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Электроэнергия</w:t>
            </w:r>
          </w:p>
        </w:tc>
        <w:tc>
          <w:tcPr>
            <w:tcW w:type="dxa" w:w="34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__________</w:t>
            </w:r>
          </w:p>
        </w:tc>
        <w:tc>
          <w:tcPr>
            <w:tcW w:type="dxa" w:w="34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кВт·ч</w:t>
            </w:r>
          </w:p>
        </w:tc>
      </w:tr>
      <w:tr>
        <w:tc>
          <w:tcPr>
            <w:tcW w:type="dxa" w:w="34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ХВС</w:t>
            </w:r>
          </w:p>
        </w:tc>
        <w:tc>
          <w:tcPr>
            <w:tcW w:type="dxa" w:w="34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__________</w:t>
            </w:r>
          </w:p>
        </w:tc>
        <w:tc>
          <w:tcPr>
            <w:tcW w:type="dxa" w:w="34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м³</w:t>
            </w:r>
          </w:p>
        </w:tc>
      </w:tr>
      <w:tr>
        <w:tc>
          <w:tcPr>
            <w:tcW w:type="dxa" w:w="34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ГВС</w:t>
            </w:r>
          </w:p>
        </w:tc>
        <w:tc>
          <w:tcPr>
            <w:tcW w:type="dxa" w:w="34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__________</w:t>
            </w:r>
          </w:p>
        </w:tc>
        <w:tc>
          <w:tcPr>
            <w:tcW w:type="dxa" w:w="34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м³</w:t>
            </w:r>
          </w:p>
        </w:tc>
      </w:tr>
      <w:tr>
        <w:tc>
          <w:tcPr>
            <w:tcW w:type="dxa" w:w="34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Газ</w:t>
            </w:r>
          </w:p>
        </w:tc>
        <w:tc>
          <w:tcPr>
            <w:tcW w:type="dxa" w:w="34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__________</w:t>
            </w:r>
          </w:p>
        </w:tc>
        <w:tc>
          <w:tcPr>
            <w:tcW w:type="dxa" w:w="34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м³</w:t>
            </w:r>
          </w:p>
        </w:tc>
      </w:tr>
    </w:tbl>
    <w:p>
      <w:pPr>
        <w:pStyle w:val="1"/>
        <w:spacing w:before="240" w:after="120"/>
      </w:pPr>
      <w:r>
        <w:rPr>
          <w:rFonts w:ascii="Times New Roman" w:hAnsi="Times New Roman"/>
          <w:color w:val="000000"/>
          <w:sz w:val="24"/>
        </w:rPr>
        <w:t>6. ПЕРЕДАЧА ОБЪЕКТА И ИМУЩЕСТВО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6.1. Акт приёма‑передачи обязателен: ______.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6.2. Опись имущества: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— ______________________________________________________________________________________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— ______________________________________________________________________________________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— ______________________________________________________________________________________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— ______________________________________________________________________________________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— ______________________________________________________________________________________</w:t>
      </w:r>
    </w:p>
    <w:p>
      <w:pPr>
        <w:pStyle w:val="1"/>
        <w:spacing w:before="240" w:after="120"/>
      </w:pPr>
      <w:r>
        <w:rPr>
          <w:rFonts w:ascii="Times New Roman" w:hAnsi="Times New Roman"/>
          <w:color w:val="000000"/>
          <w:sz w:val="24"/>
        </w:rPr>
        <w:t>7. ПРОЖИВАЮЩИЕ И ПРАВИЛА ПОЛЬЗОВАНИЯ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7.1. Проживающие лица: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— ФИО ________________________________________, дата рождения __.__.____, документ ______________________, статус 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— ФИО ________________________________________, дата рождения __.__.____, документ ______________________, статус 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— ФИО ________________________________________, дата рождения __.__.____, документ ______________________, статус 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7.2. Домашние животные: ____________________. Курение: ____________________. Субаренда разрешена: ______. Регистрация по адресу: ____________________.</w:t>
      </w:r>
    </w:p>
    <w:p>
      <w:pPr>
        <w:pStyle w:val="1"/>
        <w:spacing w:before="240" w:after="120"/>
      </w:pPr>
      <w:r>
        <w:rPr>
          <w:rFonts w:ascii="Times New Roman" w:hAnsi="Times New Roman"/>
          <w:color w:val="000000"/>
          <w:sz w:val="24"/>
        </w:rPr>
        <w:t>8. ОТВЕТСТВЕННОСТЬ, СПОРЫ И ПРИМЕНИМОЕ ПРАВО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8.1. Стороны несут ответственность согласно законодательству РФ и условиям настоящего договора.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8.2. Претензионный порядок обязателен: ______. Подсудность: ____________________. Применимое право: ____________________.</w:t>
      </w:r>
    </w:p>
    <w:p>
      <w:pPr>
        <w:pStyle w:val="1"/>
        <w:spacing w:before="240" w:after="120"/>
      </w:pPr>
      <w:r>
        <w:rPr>
          <w:rFonts w:ascii="Times New Roman" w:hAnsi="Times New Roman"/>
          <w:color w:val="000000"/>
          <w:sz w:val="24"/>
        </w:rPr>
        <w:t>9. КОНТАКТЫ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Арендодатель: телефон ____________________, email ____________________.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Арендатор: телефон ____________________, email ____________________.</w:t>
      </w:r>
    </w:p>
    <w:p>
      <w:pPr>
        <w:pStyle w:val="1"/>
        <w:spacing w:before="240" w:after="120"/>
      </w:pPr>
      <w:r>
        <w:rPr>
          <w:rFonts w:ascii="Times New Roman" w:hAnsi="Times New Roman"/>
          <w:color w:val="000000"/>
          <w:sz w:val="24"/>
        </w:rPr>
        <w:t>10. ПОДПИСИ СТОРОН</w:t>
      </w:r>
    </w:p>
    <w:tbl>
      <w:tblPr>
        <w:tblStyle w:val="aff0"/>
        <w:tblW w:type="auto" w:w="0"/>
        <w:tblLook w:firstColumn="1" w:firstRow="1" w:lastColumn="0" w:lastRow="0" w:noHBand="0" w:noVBand="1" w:val="04A0"/>
      </w:tblPr>
      <w:tblGrid>
        <w:gridCol w:w="5102"/>
        <w:gridCol w:w="5102"/>
      </w:tblGrid>
      <w:tr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Арендодатель</w:t>
            </w:r>
          </w:p>
        </w:tc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Арендатор</w:t>
            </w:r>
          </w:p>
        </w:tc>
      </w:tr>
      <w:tr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__________   ______________________________</w:t>
            </w:r>
          </w:p>
        </w:tc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__________   ______________________________</w:t>
            </w:r>
          </w:p>
        </w:tc>
      </w:tr>
    </w:tbl>
    <w:sectPr w:rsidR="007A7DC6" w:rsidRPr="00C84738" w:rsidSect="000346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0264" w:rsidRDefault="00580264">
      <w:pPr>
        <w:spacing w:line="240" w:lineRule="auto"/>
      </w:pPr>
      <w:r>
        <w:separator/>
      </w:r>
    </w:p>
  </w:endnote>
  <w:endnote w:type="continuationSeparator" w:id="0">
    <w:p w:rsidR="00580264" w:rsidRDefault="005802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DC6" w:rsidRDefault="007A7DC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DC6" w:rsidRDefault="007A7DC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0264" w:rsidRDefault="00580264">
      <w:pPr>
        <w:spacing w:line="240" w:lineRule="auto"/>
      </w:pPr>
      <w:r>
        <w:separator/>
      </w:r>
    </w:p>
  </w:footnote>
  <w:footnote w:type="continuationSeparator" w:id="0">
    <w:p w:rsidR="00580264" w:rsidRDefault="005802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DC6" w:rsidRDefault="00000000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C84738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DC6" w:rsidRDefault="007A7DC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8961298">
    <w:abstractNumId w:val="8"/>
  </w:num>
  <w:num w:numId="2" w16cid:durableId="507211559">
    <w:abstractNumId w:val="6"/>
  </w:num>
  <w:num w:numId="3" w16cid:durableId="1148321813">
    <w:abstractNumId w:val="5"/>
  </w:num>
  <w:num w:numId="4" w16cid:durableId="1974363596">
    <w:abstractNumId w:val="4"/>
  </w:num>
  <w:num w:numId="5" w16cid:durableId="29309594">
    <w:abstractNumId w:val="7"/>
  </w:num>
  <w:num w:numId="6" w16cid:durableId="2078438010">
    <w:abstractNumId w:val="3"/>
  </w:num>
  <w:num w:numId="7" w16cid:durableId="827475843">
    <w:abstractNumId w:val="2"/>
  </w:num>
  <w:num w:numId="8" w16cid:durableId="688331751">
    <w:abstractNumId w:val="1"/>
  </w:num>
  <w:num w:numId="9" w16cid:durableId="646713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80264"/>
    <w:rsid w:val="007A7DC6"/>
    <w:rsid w:val="00823A47"/>
    <w:rsid w:val="00AA1D8D"/>
    <w:rsid w:val="00B47730"/>
    <w:rsid w:val="00C8473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31A7AA0-763C-9B4D-B42B-15FC298E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  <w:ind w:firstLine="709"/>
      <w:jc w:val="both"/>
    </w:pPr>
    <w:rPr>
      <w:rFonts w:ascii="Times New Roman" w:hAnsi="Times New Roman"/>
      <w:color w:val="000000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120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8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 w:after="80"/>
      <w:ind w:firstLine="0"/>
      <w:jc w:val="left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  <w:rPr>
      <w:color w:val="000000"/>
    </w:rPr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  <w:rPr>
      <w:color w:val="000000"/>
    </w:rPr>
  </w:style>
  <w:style w:type="paragraph" w:styleId="a9">
    <w:name w:val="No Spacing"/>
    <w:uiPriority w:val="1"/>
    <w:qFormat/>
    <w:rsid w:val="00FC693F"/>
    <w:pPr>
      <w:spacing w:after="0" w:line="240" w:lineRule="auto"/>
    </w:pPr>
    <w:rPr>
      <w:color w:val="000000"/>
    </w:r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000000"/>
    </w:rPr>
  </w:style>
  <w:style w:type="paragraph" w:styleId="aa">
    <w:name w:val="Title"/>
    <w:basedOn w:val="a1"/>
    <w:next w:val="a1"/>
    <w:link w:val="ab"/>
    <w:uiPriority w:val="10"/>
    <w:qFormat/>
    <w:rsid w:val="00C84738"/>
    <w:pPr>
      <w:spacing w:before="240" w:after="120"/>
      <w:ind w:firstLine="0"/>
      <w:contextualSpacing/>
      <w:jc w:val="left"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ab">
    <w:name w:val="Заголовок Знак"/>
    <w:basedOn w:val="a2"/>
    <w:link w:val="aa"/>
    <w:uiPriority w:val="10"/>
    <w:rsid w:val="00C84738"/>
    <w:rPr>
      <w:rFonts w:ascii="Times New Roman" w:eastAsiaTheme="majorEastAsia" w:hAnsi="Times New Roman" w:cstheme="majorBidi"/>
      <w:b/>
      <w:color w:val="000000"/>
      <w:spacing w:val="5"/>
      <w:kern w:val="28"/>
      <w:sz w:val="3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  <w:rPr>
      <w:color w:val="000000"/>
    </w:rPr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  <w:rPr>
      <w:color w:val="000000"/>
    </w:rPr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color w:val="000000"/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color w:val="000000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color w:val="000000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  <w:color w:val="000000"/>
    </w:rPr>
  </w:style>
  <w:style w:type="character" w:styleId="af7">
    <w:name w:val="Emphasis"/>
    <w:basedOn w:val="a2"/>
    <w:uiPriority w:val="20"/>
    <w:qFormat/>
    <w:rsid w:val="00FC693F"/>
    <w:rPr>
      <w:i/>
      <w:iCs/>
      <w:color w:val="000000"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000000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000000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000000"/>
    </w:rPr>
  </w:style>
  <w:style w:type="character" w:styleId="afc">
    <w:name w:val="Subtle Reference"/>
    <w:basedOn w:val="a2"/>
    <w:uiPriority w:val="31"/>
    <w:qFormat/>
    <w:rsid w:val="00FC693F"/>
    <w:rPr>
      <w:smallCaps/>
      <w:color w:val="000000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000000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color w:val="000000"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Иван Пилюгин</cp:lastModifiedBy>
  <cp:revision>2</cp:revision>
  <dcterms:created xsi:type="dcterms:W3CDTF">2013-12-23T23:15:00Z</dcterms:created>
  <dcterms:modified xsi:type="dcterms:W3CDTF">2025-09-09T12:31:00Z</dcterms:modified>
  <cp:category/>
</cp:coreProperties>
</file>