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a"/>
        <w:spacing w:before="0" w:after="120"/>
        <w:jc w:val="center"/>
      </w:pPr>
      <w:r>
        <w:rPr>
          <w:rFonts w:ascii="Times New Roman" w:hAnsi="Times New Roman"/>
          <w:color w:val="000000"/>
          <w:sz w:val="24"/>
        </w:rPr>
        <w:t>ДОГОВОР КУПЛИ-ПРОДАЖИ АВТОМОБИЛЯ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г. ____________________</w:t>
            </w:r>
          </w:p>
        </w:tc>
        <w:tc>
          <w:tcPr>
            <w:tcW w:type="dxa" w:w="5102"/>
          </w:tcPr>
          <w:p>
            <w:pPr>
              <w:ind w:firstLine="0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___.___._____</w:t>
            </w:r>
          </w:p>
        </w:tc>
      </w:tr>
    </w:tbl>
    <w:p>
      <w:pPr>
        <w:spacing w:before="0" w:after="120"/>
      </w:pP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1. СТОРОНЫ ДОГОВОРА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1.1. Продавец: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ФИО: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Адрес: 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Паспорт: серия ______, номер __________, выдан __.__.____, кем выдан 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1.2. Покупатель: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ФИО: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Адрес: 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Паспорт: серия ______, номер __________, выдан __.__.____, кем выдан ____________________________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2. ПРЕДМЕТ ДОГОВОРА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2.1. Характеристики автомобиля: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Марка, модель: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Регистрационный знак: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VIN: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Год выпуска: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Двигатель №: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Шасси (рама) №: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Кузов №: ________________________________________________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Цвет: ________________________________________________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3. ЦЕНА И ПОРЯДОК РАСЧЁТОВ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3.1. Стоимость автомобиля составляет ____________ (__________________________________________) рублей.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3.2. Покупатель обязан принять и оплатить автомобиль в течение ____ дней со дня подписания настоящего договора.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4. ПРАВО СОБСТВЕННОСТИ И ДОКУМЕНТЫ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ПТС: серия __________ № __________, выдан ________________________________ __.__.____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Свидетельство о регистрации ТС: серия __________ № __________, выдано ________________________________ __.__.____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5. ОБЯЗАННОСТИ СТОРОН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Продавец обязуется снять автомобиль с регистрационного учёта и передать Покупателю в течение ____ дней со дня подписания договора.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6. ЗАЯВЛЕНИЯ И ГАРАНТИИ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До заключения настоящего договора автомобиль никому не продан, не заложен, в споре и под арестом не состоит.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7. ЗАКЛЮЧИТЕЛЬНЫЕ ПОЛОЖЕНИЯ</w:t>
      </w:r>
    </w:p>
    <w:p>
      <w:pPr>
        <w:spacing w:before="0" w:after="0"/>
        <w:ind w:firstLine="0"/>
      </w:pPr>
      <w:r>
        <w:rPr>
          <w:rFonts w:ascii="Times New Roman" w:hAnsi="Times New Roman"/>
          <w:color w:val="000000"/>
          <w:sz w:val="24"/>
        </w:rPr>
        <w:t>Настоящий договор составлен в ____ экземплярах — по одному для каждой из сторон.</w:t>
      </w:r>
    </w:p>
    <w:p>
      <w:pPr>
        <w:pStyle w:val="1"/>
        <w:spacing w:before="240" w:after="120"/>
      </w:pPr>
      <w:r>
        <w:rPr>
          <w:rFonts w:ascii="Times New Roman" w:hAnsi="Times New Roman"/>
          <w:color w:val="000000"/>
          <w:sz w:val="24"/>
        </w:rPr>
        <w:t>8. ПОДПИСИ СТОРОН</w:t>
      </w:r>
    </w:p>
    <w:tbl>
      <w:tblPr>
        <w:tblStyle w:val="aff0"/>
        <w:tblW w:type="auto" w:w="0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Продавец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Покупатель</w:t>
            </w:r>
          </w:p>
        </w:tc>
      </w:tr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   ______________________________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__________   ______________________________</w:t>
            </w:r>
          </w:p>
        </w:tc>
      </w:tr>
    </w:tbl>
    <w:sectPr w:rsidR="007A7DC6" w:rsidRPr="00C84738" w:rsidSect="000346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264" w:rsidRDefault="00580264">
      <w:pPr>
        <w:spacing w:line="240" w:lineRule="auto"/>
      </w:pPr>
      <w:r>
        <w:separator/>
      </w:r>
    </w:p>
  </w:endnote>
  <w:endnote w:type="continuationSeparator" w:id="0">
    <w:p w:rsidR="00580264" w:rsidRDefault="00580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264" w:rsidRDefault="00580264">
      <w:pPr>
        <w:spacing w:line="240" w:lineRule="auto"/>
      </w:pPr>
      <w:r>
        <w:separator/>
      </w:r>
    </w:p>
  </w:footnote>
  <w:footnote w:type="continuationSeparator" w:id="0">
    <w:p w:rsidR="00580264" w:rsidRDefault="00580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000000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C8473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961298">
    <w:abstractNumId w:val="8"/>
  </w:num>
  <w:num w:numId="2" w16cid:durableId="507211559">
    <w:abstractNumId w:val="6"/>
  </w:num>
  <w:num w:numId="3" w16cid:durableId="1148321813">
    <w:abstractNumId w:val="5"/>
  </w:num>
  <w:num w:numId="4" w16cid:durableId="1974363596">
    <w:abstractNumId w:val="4"/>
  </w:num>
  <w:num w:numId="5" w16cid:durableId="29309594">
    <w:abstractNumId w:val="7"/>
  </w:num>
  <w:num w:numId="6" w16cid:durableId="2078438010">
    <w:abstractNumId w:val="3"/>
  </w:num>
  <w:num w:numId="7" w16cid:durableId="827475843">
    <w:abstractNumId w:val="2"/>
  </w:num>
  <w:num w:numId="8" w16cid:durableId="688331751">
    <w:abstractNumId w:val="1"/>
  </w:num>
  <w:num w:numId="9" w16cid:durableId="6467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0264"/>
    <w:rsid w:val="007A7DC6"/>
    <w:rsid w:val="00823A47"/>
    <w:rsid w:val="00AA1D8D"/>
    <w:rsid w:val="00B47730"/>
    <w:rsid w:val="00C8473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1A7AA0-763C-9B4D-B42B-15FC298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  <w:ind w:firstLine="709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ind w:firstLine="0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color w:val="00000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color w:val="00000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a">
    <w:name w:val="Title"/>
    <w:basedOn w:val="a1"/>
    <w:next w:val="a1"/>
    <w:link w:val="ab"/>
    <w:uiPriority w:val="10"/>
    <w:qFormat/>
    <w:rsid w:val="00C84738"/>
    <w:pPr>
      <w:spacing w:before="240" w:after="120"/>
      <w:ind w:firstLine="0"/>
      <w:contextualSpacing/>
      <w:jc w:val="left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C84738"/>
    <w:rPr>
      <w:rFonts w:ascii="Times New Roman" w:eastAsiaTheme="majorEastAsia" w:hAnsi="Times New Roman" w:cstheme="majorBidi"/>
      <w:b/>
      <w:color w:val="000000"/>
      <w:spacing w:val="5"/>
      <w:kern w:val="28"/>
      <w:sz w:val="3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  <w:rPr>
      <w:color w:val="00000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color w:val="00000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color w:val="000000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color w:val="000000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  <w:color w:val="000000"/>
    </w:rPr>
  </w:style>
  <w:style w:type="character" w:styleId="af7">
    <w:name w:val="Emphasis"/>
    <w:basedOn w:val="a2"/>
    <w:uiPriority w:val="20"/>
    <w:qFormat/>
    <w:rsid w:val="00FC693F"/>
    <w:rPr>
      <w:i/>
      <w:iCs/>
      <w:color w:val="000000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000000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000000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000000"/>
    </w:rPr>
  </w:style>
  <w:style w:type="character" w:styleId="afc">
    <w:name w:val="Subtle Reference"/>
    <w:basedOn w:val="a2"/>
    <w:uiPriority w:val="31"/>
    <w:qFormat/>
    <w:rsid w:val="00FC693F"/>
    <w:rPr>
      <w:smallCaps/>
      <w:color w:val="000000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color w:val="000000"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Иван Пилюгин</cp:lastModifiedBy>
  <cp:revision>2</cp:revision>
  <dcterms:created xsi:type="dcterms:W3CDTF">2013-12-23T23:15:00Z</dcterms:created>
  <dcterms:modified xsi:type="dcterms:W3CDTF">2025-09-09T12:31:00Z</dcterms:modified>
  <cp:category/>
</cp:coreProperties>
</file>