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a"/>
        <w:jc w:val="center"/>
      </w:pPr>
      <w:r>
        <w:rPr>
          <w:rFonts w:ascii="Times New Roman" w:hAnsi="Times New Roman"/>
          <w:color w:val="000000"/>
          <w:sz w:val="24"/>
        </w:rPr>
        <w:t>РАСПИСКА</w:t>
      </w:r>
    </w:p>
    <w:p>
      <w:pPr>
        <w:pStyle w:val="1"/>
        <w:spacing w:after="120"/>
        <w:jc w:val="center"/>
      </w:pPr>
      <w:r>
        <w:rPr>
          <w:rFonts w:ascii="Times New Roman" w:hAnsi="Times New Roman"/>
          <w:color w:val="000000"/>
          <w:sz w:val="24"/>
        </w:rPr>
        <w:t>в получении денежных средств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г. ____________________</w:t>
            </w:r>
          </w:p>
        </w:tc>
        <w:tc>
          <w:tcPr>
            <w:tcW w:type="dxa" w:w="5102"/>
          </w:tcPr>
          <w:p>
            <w:pPr>
              <w:ind w:firstLine="0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___.___._____</w:t>
            </w:r>
          </w:p>
        </w:tc>
      </w:tr>
    </w:tbl>
    <w:p>
      <w:pPr>
        <w:spacing w:after="120"/>
      </w:pPr>
    </w:p>
    <w:p>
      <w:pPr>
        <w:ind w:firstLine="0"/>
      </w:pPr>
      <w:r>
        <w:rPr>
          <w:rFonts w:ascii="Times New Roman" w:hAnsi="Times New Roman"/>
          <w:color w:val="000000"/>
          <w:sz w:val="24"/>
        </w:rPr>
        <w:t>Я, ________________________________________, дата рождения __.__.____, паспорт: серия ____ № ________, выдан ___________________________________________ __.__.____, зарегистрирован(а) по адресу: ___________________________________________, получил(а) от ________________________________________, дата рождения __.__.____, паспорт: серия ____ № ________, выдан ___________________________________________ __.__.____, зарегистрирован(а) по адресу: ___________________________________________, денежные средства в сумме ____________ (__________________________________) рублей.</w:t>
      </w:r>
    </w:p>
    <w:p>
      <w:pPr>
        <w:ind w:firstLine="0"/>
      </w:pPr>
      <w:r>
        <w:rPr>
          <w:rFonts w:ascii="Times New Roman" w:hAnsi="Times New Roman"/>
          <w:color w:val="000000"/>
          <w:sz w:val="24"/>
        </w:rPr>
        <w:t>Основание: ____________________________________________.</w:t>
      </w:r>
    </w:p>
    <w:p>
      <w:pPr>
        <w:ind w:firstLine="0"/>
      </w:pPr>
      <w:r>
        <w:rPr>
          <w:rFonts w:ascii="Times New Roman" w:hAnsi="Times New Roman"/>
          <w:color w:val="000000"/>
          <w:sz w:val="24"/>
        </w:rPr>
        <w:t>Обязуюсь возвратить указанную сумму до __.__._____.</w:t>
      </w:r>
    </w:p>
    <w:p>
      <w:pPr>
        <w:ind w:firstLine="0"/>
      </w:pPr>
      <w:r>
        <w:rPr>
          <w:rFonts w:ascii="Times New Roman" w:hAnsi="Times New Roman"/>
          <w:color w:val="000000"/>
          <w:sz w:val="24"/>
        </w:rPr>
        <w:t>Проценты: ____ % годовых.</w:t>
      </w:r>
    </w:p>
    <w:p>
      <w:pPr>
        <w:ind w:firstLine="0"/>
      </w:pPr>
      <w:r>
        <w:rPr>
          <w:rFonts w:ascii="Times New Roman" w:hAnsi="Times New Roman"/>
          <w:color w:val="000000"/>
          <w:sz w:val="24"/>
        </w:rPr>
        <w:t>Настоящая расписка составлена в ____ экземплярах.</w:t>
      </w:r>
    </w:p>
    <w:p>
      <w:pPr>
        <w:spacing w:after="120"/>
      </w:pPr>
    </w:p>
    <w:tbl>
      <w:tblPr>
        <w:tblStyle w:val="aff0"/>
        <w:tblW w:type="auto" w:w="0"/>
        <w:tblLook w:firstColumn="1" w:firstRow="1" w:lastColumn="0" w:lastRow="0" w:noHBand="0" w:noVBand="1" w:val="04A0"/>
      </w:tblPr>
      <w:tblGrid>
        <w:gridCol w:w="5102"/>
        <w:gridCol w:w="5102"/>
      </w:tblGrid>
      <w:tr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Подпись: ____________</w:t>
            </w:r>
          </w:p>
        </w:tc>
        <w:tc>
          <w:tcPr>
            <w:tcW w:type="dxa" w:w="5102"/>
          </w:tcPr>
          <w:p>
            <w:pPr>
              <w:ind w:firstLine="0"/>
            </w:pPr>
            <w:r>
              <w:rPr>
                <w:rFonts w:ascii="Times New Roman" w:hAnsi="Times New Roman"/>
                <w:color w:val="000000"/>
                <w:sz w:val="24"/>
              </w:rPr>
              <w:t>Ф.И.О.: ______________________________</w:t>
            </w:r>
          </w:p>
        </w:tc>
      </w:tr>
    </w:tbl>
    <w:sectPr w:rsidR="007A7DC6" w:rsidRPr="00C84738" w:rsidSect="000346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264" w:rsidRDefault="00580264">
      <w:pPr>
        <w:spacing w:line="240" w:lineRule="auto"/>
      </w:pPr>
      <w:r>
        <w:separator/>
      </w:r>
    </w:p>
  </w:endnote>
  <w:endnote w:type="continuationSeparator" w:id="0">
    <w:p w:rsidR="00580264" w:rsidRDefault="00580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264" w:rsidRDefault="00580264">
      <w:pPr>
        <w:spacing w:line="240" w:lineRule="auto"/>
      </w:pPr>
      <w:r>
        <w:separator/>
      </w:r>
    </w:p>
  </w:footnote>
  <w:footnote w:type="continuationSeparator" w:id="0">
    <w:p w:rsidR="00580264" w:rsidRDefault="00580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000000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C8473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DC6" w:rsidRDefault="007A7D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961298">
    <w:abstractNumId w:val="8"/>
  </w:num>
  <w:num w:numId="2" w16cid:durableId="507211559">
    <w:abstractNumId w:val="6"/>
  </w:num>
  <w:num w:numId="3" w16cid:durableId="1148321813">
    <w:abstractNumId w:val="5"/>
  </w:num>
  <w:num w:numId="4" w16cid:durableId="1974363596">
    <w:abstractNumId w:val="4"/>
  </w:num>
  <w:num w:numId="5" w16cid:durableId="29309594">
    <w:abstractNumId w:val="7"/>
  </w:num>
  <w:num w:numId="6" w16cid:durableId="2078438010">
    <w:abstractNumId w:val="3"/>
  </w:num>
  <w:num w:numId="7" w16cid:durableId="827475843">
    <w:abstractNumId w:val="2"/>
  </w:num>
  <w:num w:numId="8" w16cid:durableId="688331751">
    <w:abstractNumId w:val="1"/>
  </w:num>
  <w:num w:numId="9" w16cid:durableId="6467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0264"/>
    <w:rsid w:val="007A7DC6"/>
    <w:rsid w:val="00823A47"/>
    <w:rsid w:val="00AA1D8D"/>
    <w:rsid w:val="00B47730"/>
    <w:rsid w:val="00C8473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31A7AA0-763C-9B4D-B42B-15FC298E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  <w:ind w:firstLine="709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8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ind w:firstLine="0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  <w:rPr>
      <w:color w:val="000000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  <w:rPr>
      <w:color w:val="000000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aa">
    <w:name w:val="Title"/>
    <w:basedOn w:val="a1"/>
    <w:next w:val="a1"/>
    <w:link w:val="ab"/>
    <w:uiPriority w:val="10"/>
    <w:qFormat/>
    <w:rsid w:val="00C84738"/>
    <w:pPr>
      <w:spacing w:before="240" w:after="120"/>
      <w:ind w:firstLine="0"/>
      <w:contextualSpacing/>
      <w:jc w:val="left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C84738"/>
    <w:rPr>
      <w:rFonts w:ascii="Times New Roman" w:eastAsiaTheme="majorEastAsia" w:hAnsi="Times New Roman" w:cstheme="majorBidi"/>
      <w:b/>
      <w:color w:val="000000"/>
      <w:spacing w:val="5"/>
      <w:kern w:val="28"/>
      <w:sz w:val="3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  <w:rPr>
      <w:color w:val="000000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  <w:rPr>
      <w:color w:val="000000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color w:val="000000"/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color w:val="000000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  <w:color w:val="000000"/>
    </w:rPr>
  </w:style>
  <w:style w:type="character" w:styleId="af7">
    <w:name w:val="Emphasis"/>
    <w:basedOn w:val="a2"/>
    <w:uiPriority w:val="20"/>
    <w:qFormat/>
    <w:rsid w:val="00FC693F"/>
    <w:rPr>
      <w:i/>
      <w:iCs/>
      <w:color w:val="000000"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000000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000000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000000"/>
    </w:rPr>
  </w:style>
  <w:style w:type="character" w:styleId="afc">
    <w:name w:val="Subtle Reference"/>
    <w:basedOn w:val="a2"/>
    <w:uiPriority w:val="31"/>
    <w:qFormat/>
    <w:rsid w:val="00FC693F"/>
    <w:rPr>
      <w:smallCaps/>
      <w:color w:val="000000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color w:val="000000"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Иван Пилюгин</cp:lastModifiedBy>
  <cp:revision>2</cp:revision>
  <dcterms:created xsi:type="dcterms:W3CDTF">2013-12-23T23:15:00Z</dcterms:created>
  <dcterms:modified xsi:type="dcterms:W3CDTF">2025-09-09T12:31:00Z</dcterms:modified>
  <cp:category/>
</cp:coreProperties>
</file>